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296391" w14:textId="494C03BA" w:rsidR="00894790" w:rsidRDefault="00090119">
      <w:pPr>
        <w:jc w:val="right"/>
      </w:pPr>
      <w:r>
        <w:t>Генеральному директору</w:t>
      </w:r>
      <w:r>
        <w:br/>
        <w:t>ООО «</w:t>
      </w:r>
      <w:r w:rsidR="00926FAF">
        <w:rPr>
          <w:lang w:val="ru-RU"/>
        </w:rPr>
        <w:t>-</w:t>
      </w:r>
      <w:r>
        <w:t>»</w:t>
      </w:r>
      <w:r>
        <w:br/>
      </w:r>
      <w:r w:rsidR="00926FAF">
        <w:rPr>
          <w:lang w:val="ru-RU"/>
        </w:rPr>
        <w:t>ФИО</w:t>
      </w:r>
      <w:r>
        <w:br/>
      </w:r>
      <w:r>
        <w:br/>
        <w:t>от ______________________________</w:t>
      </w:r>
      <w:r>
        <w:br/>
        <w:t>должность: специалист по работе с ключевыми клиентами</w:t>
      </w:r>
    </w:p>
    <w:p w14:paraId="02DD7F01" w14:textId="77777777" w:rsidR="00894790" w:rsidRDefault="00090119">
      <w:pPr>
        <w:jc w:val="center"/>
      </w:pPr>
      <w:r>
        <w:rPr>
          <w:b/>
          <w:sz w:val="28"/>
        </w:rPr>
        <w:t>ЗАПРОС</w:t>
      </w:r>
      <w:r>
        <w:rPr>
          <w:b/>
          <w:sz w:val="28"/>
        </w:rPr>
        <w:br/>
        <w:t>о предоставлении письменного разъяснения</w:t>
      </w:r>
      <w:r>
        <w:rPr>
          <w:b/>
          <w:sz w:val="28"/>
        </w:rPr>
        <w:br/>
        <w:t>по вопросу расчёта отпускных</w:t>
      </w:r>
    </w:p>
    <w:p w14:paraId="065E0E3A" w14:textId="559E0EDE" w:rsidR="00894790" w:rsidRDefault="00090119">
      <w:r>
        <w:t>Уважаемый</w:t>
      </w:r>
      <w:r w:rsidR="00926FAF">
        <w:rPr>
          <w:lang w:val="ru-RU"/>
        </w:rPr>
        <w:t xml:space="preserve"> ИО</w:t>
      </w:r>
      <w:r>
        <w:t>!</w:t>
      </w:r>
    </w:p>
    <w:p w14:paraId="615477C6" w14:textId="77777777" w:rsidR="00894790" w:rsidRDefault="00090119">
      <w:r>
        <w:t>В связи с предоставлением мне ежегодного оплачиваемого отпуска продолжительностью 9 календарных дней в период с 08.07.2026 по 16.07.2026 прошу предоставить письменное разъяснение относительно порядка расчёта выплаченных мне отпускных.</w:t>
      </w:r>
    </w:p>
    <w:p w14:paraId="0083DA52" w14:textId="77777777" w:rsidR="00894790" w:rsidRDefault="00090119">
      <w:r>
        <w:t>Согласно моему трудовому договору № 0000156 от 05.11.2025, пунктом 3.1 установлен должностной оклад в размере 34 483 рубля. При этом пунктом 3.3 предусмотрена возможность выплаты текущей персональной надбавки и премии по приказу Работодателя, а пунктом 3.4 установлено, что начисление надбавок и премий производится в соответствии с Положением об оплате труда.</w:t>
      </w:r>
    </w:p>
    <w:p w14:paraId="5D5B1D21" w14:textId="77777777" w:rsidR="00894790" w:rsidRDefault="00090119">
      <w:r>
        <w:t>В период моей работы мне регулярно начислялись и выплачивались премиальные (стимулирующие) выплаты, что подтверждается расчётными документами и банковскими выписками.</w:t>
      </w:r>
    </w:p>
    <w:p w14:paraId="0B7974AD" w14:textId="77777777" w:rsidR="00894790" w:rsidRDefault="00090119">
      <w:r>
        <w:t>Вместе с тем из записки-расчёта о предоставлении отпуска работнику (форма Т-60) от 01.07.2026 следует, что при расчёте среднего заработка за расчётный период с ноября 2025 года по июнь 2026 года были отражены выплаты только в размере должностного оклада. В Т-60 указана общая сумма выплат за расчётный период 274 049,11 руб., средний дневной заработок — 1 188,98 руб., сумма начисленных отпускных — 10 700,82 руб., к выплате — 9 309,82 руб.</w:t>
      </w:r>
    </w:p>
    <w:p w14:paraId="4D7DCF30" w14:textId="77777777" w:rsidR="00894790" w:rsidRDefault="00090119">
      <w:r>
        <w:t>В связи с этим прошу сообщить, по какой причине начисленные мне премиальные выплаты не были включены в расчёт среднего заработка при определении размера отпускных.</w:t>
      </w:r>
    </w:p>
    <w:p w14:paraId="6E824312" w14:textId="77777777" w:rsidR="00894790" w:rsidRDefault="00090119">
      <w:r>
        <w:t>Прошу также указать конкретные положения действующего Положения об оплате труда и/или Положения о премировании, на основании которых указанные премиальные выплаты были исключены из расчёта среднего заработка.</w:t>
      </w:r>
    </w:p>
    <w:p w14:paraId="1653F331" w14:textId="77777777" w:rsidR="00894790" w:rsidRDefault="00090119">
      <w:r>
        <w:t>Отдельно прошу пояснить, имеет ли обозначение премиальных выплат как «разовые начисления межрасчёт» в бухгалтерских/расчётных документах какое-либо правовое значение для их включения либо невключения в расчёт среднего заработка, и каким локальным нормативным актом это предусмотрено.</w:t>
      </w:r>
    </w:p>
    <w:p w14:paraId="2DA556A0" w14:textId="77777777" w:rsidR="00894790" w:rsidRDefault="00090119">
      <w:r>
        <w:lastRenderedPageBreak/>
        <w:t>Согласно части 2 статьи 139 Трудового кодекса Российской Федерации, для расчёта средней заработной платы учитываются все предусмотренные системой оплаты труда виды выплат, применяемые у соответствующего работодателя. Действующее с 01.09.2025 Положение об особенностях порядка исчисления средней заработной платы, утверждённое постановлением Правительства РФ от 24.04.2025 № 540, также предусматривает учёт выплат, входящих в систему оплаты труда, включая премии с учётом установленных им правил.</w:t>
      </w:r>
    </w:p>
    <w:p w14:paraId="3AF8F7F7" w14:textId="77777777" w:rsidR="00894790" w:rsidRDefault="00090119">
      <w:r>
        <w:t>В связи с изложенным прошу предоставить:</w:t>
      </w:r>
    </w:p>
    <w:p w14:paraId="7C4D8F46" w14:textId="77777777" w:rsidR="00894790" w:rsidRDefault="00090119">
      <w:pPr>
        <w:ind w:left="397" w:hanging="283"/>
      </w:pPr>
      <w:r>
        <w:rPr>
          <w:b/>
        </w:rPr>
        <w:t xml:space="preserve">1. </w:t>
      </w:r>
      <w:r>
        <w:t>письменное разъяснение причин невключения начисленных мне премиальных выплат в расчёт среднего заработка для оплаты отпуска;</w:t>
      </w:r>
    </w:p>
    <w:p w14:paraId="467E7ABF" w14:textId="77777777" w:rsidR="00894790" w:rsidRDefault="00090119">
      <w:pPr>
        <w:ind w:left="397" w:hanging="283"/>
      </w:pPr>
      <w:r>
        <w:rPr>
          <w:b/>
        </w:rPr>
        <w:t xml:space="preserve">2. </w:t>
      </w:r>
      <w:r>
        <w:t>конкретные пункты Положения об оплате труда и/или Положения о премировании, которыми Работодатель руководствовался при таком расчёте;</w:t>
      </w:r>
    </w:p>
    <w:p w14:paraId="7D37D710" w14:textId="77777777" w:rsidR="00894790" w:rsidRDefault="00090119">
      <w:pPr>
        <w:ind w:left="397" w:hanging="283"/>
      </w:pPr>
      <w:r>
        <w:rPr>
          <w:b/>
        </w:rPr>
        <w:t xml:space="preserve">3. </w:t>
      </w:r>
      <w:r>
        <w:t>копию либо выписку из действующего Положения об оплате труда и/или Положения о премировании в части, регулирующей порядок начисления премий и их учёта при расчёте среднего заработка и отпускных;</w:t>
      </w:r>
    </w:p>
    <w:p w14:paraId="62426D4F" w14:textId="77777777" w:rsidR="00894790" w:rsidRDefault="00090119">
      <w:pPr>
        <w:ind w:left="397" w:hanging="283"/>
      </w:pPr>
      <w:r>
        <w:rPr>
          <w:b/>
        </w:rPr>
        <w:t xml:space="preserve">4. </w:t>
      </w:r>
      <w:r>
        <w:t>при наличии — расчёт среднего заработка с указанием всех выплат, которые были рассмотрены бухгалтерией при определении размера отпускных.</w:t>
      </w:r>
    </w:p>
    <w:p w14:paraId="29684A24" w14:textId="77777777" w:rsidR="00894790" w:rsidRDefault="00090119">
      <w:r>
        <w:t>Прошу предоставить ответ в письменной форме и направить его мне посредством корпоративной электронной почты либо иным способом, позволяющим подтвердить факт предоставления ответа.</w:t>
      </w:r>
    </w:p>
    <w:p w14:paraId="20F103C6" w14:textId="77777777" w:rsidR="00894790" w:rsidRDefault="00090119">
      <w:r>
        <w:t>Дата: «___» __________ 2026 г.</w:t>
      </w:r>
    </w:p>
    <w:p w14:paraId="592A7B59" w14:textId="77777777" w:rsidR="00894790" w:rsidRDefault="00090119">
      <w:r>
        <w:t>Подпись: __________________ / __________________________</w:t>
      </w:r>
    </w:p>
    <w:sectPr w:rsidR="00894790" w:rsidSect="00034616">
      <w:footerReference w:type="default" r:id="rId8"/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0090DC" w14:textId="77777777" w:rsidR="00090119" w:rsidRDefault="00090119">
      <w:pPr>
        <w:spacing w:after="0" w:line="240" w:lineRule="auto"/>
      </w:pPr>
      <w:r>
        <w:separator/>
      </w:r>
    </w:p>
  </w:endnote>
  <w:endnote w:type="continuationSeparator" w:id="0">
    <w:p w14:paraId="394AA84D" w14:textId="77777777" w:rsidR="00090119" w:rsidRDefault="00090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85E897" w14:textId="43FC54A3" w:rsidR="00894790" w:rsidRDefault="00090119">
    <w:pPr>
      <w:pStyle w:val="a7"/>
      <w:jc w:val="center"/>
    </w:pPr>
    <w:r>
      <w:t xml:space="preserve">Страница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E77904" w14:textId="77777777" w:rsidR="00090119" w:rsidRDefault="00090119">
      <w:pPr>
        <w:spacing w:after="0" w:line="240" w:lineRule="auto"/>
      </w:pPr>
      <w:r>
        <w:separator/>
      </w:r>
    </w:p>
  </w:footnote>
  <w:footnote w:type="continuationSeparator" w:id="0">
    <w:p w14:paraId="25AD331D" w14:textId="77777777" w:rsidR="00090119" w:rsidRDefault="00090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3168347">
    <w:abstractNumId w:val="8"/>
  </w:num>
  <w:num w:numId="2" w16cid:durableId="1901093353">
    <w:abstractNumId w:val="6"/>
  </w:num>
  <w:num w:numId="3" w16cid:durableId="1156217423">
    <w:abstractNumId w:val="5"/>
  </w:num>
  <w:num w:numId="4" w16cid:durableId="57092323">
    <w:abstractNumId w:val="4"/>
  </w:num>
  <w:num w:numId="5" w16cid:durableId="508445688">
    <w:abstractNumId w:val="7"/>
  </w:num>
  <w:num w:numId="6" w16cid:durableId="455373797">
    <w:abstractNumId w:val="3"/>
  </w:num>
  <w:num w:numId="7" w16cid:durableId="945697169">
    <w:abstractNumId w:val="2"/>
  </w:num>
  <w:num w:numId="8" w16cid:durableId="1598563234">
    <w:abstractNumId w:val="1"/>
  </w:num>
  <w:num w:numId="9" w16cid:durableId="16688969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5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119"/>
    <w:rsid w:val="0015074B"/>
    <w:rsid w:val="0029639D"/>
    <w:rsid w:val="00326F90"/>
    <w:rsid w:val="007924C2"/>
    <w:rsid w:val="00894790"/>
    <w:rsid w:val="00926FAF"/>
    <w:rsid w:val="00AA1D8D"/>
    <w:rsid w:val="00B47730"/>
    <w:rsid w:val="00CB0664"/>
    <w:rsid w:val="00D075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DF7DC6"/>
  <w14:defaultImageDpi w14:val="300"/>
  <w15:docId w15:val="{DD9FB1E1-B58B-3A4A-9982-464E8FFC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Виталина Миронова</cp:lastModifiedBy>
  <cp:revision>2</cp:revision>
  <dcterms:created xsi:type="dcterms:W3CDTF">2026-08-27T10:52:00Z</dcterms:created>
  <dcterms:modified xsi:type="dcterms:W3CDTF">2026-08-27T10:52:00Z</dcterms:modified>
  <cp:category/>
</cp:coreProperties>
</file>